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2556C8"/>
          <w:sz w:val="40"/>
          <w:rtl w:val="1"/>
          <w:szCs w:val="40"/>
          <w:bCs/>
        </w:rPr>
        <w:t>🛡️ כיתה בטוחה – עוצרים אלימות, בוחרים כבוד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מערכי שיעור למניעת אלימות והתנהגויות פוגעות – יסודי, חט״ב, חט״ע, עולים וחנ״מ. האתר: kita-betucha.sites.tab.bot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🏠 כללי מרחב בטוח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מדברים בלי שמות של אנשים אמיתיים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מקשיבים בלי להפריע ובלי לצחוק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מותר לא לשתף – ״אני עובר/ת״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 שנאמר כאן לא יוצא החוצה – חוץ ממצב שבו מישהו/י בסכנה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מדברים על מעשים, לא שופטים אנשים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אפשר לצאת לפינה השקטה ולחזור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🎒 יסודי (כיתות ג׳–ו׳)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מטרות: לזהות סוגי פגיעה, להבחין בין צחוק משותף לפגיעה, לתרגל צופה פעיל/ה ו״עוצרים–נושמים–בוחרים״.</w:t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⏱️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מהלך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מצגת שקופיות 1–2. שאלה: ״מה עושה כיתה למקום בטוח?״ – 3 תשובות על הלוח.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מד הפגיעה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משחק ״מד הפגיעה״ במליאה (6–8 משפטים). הכיתה מצביעה עם 4 אצבעות/כרטיסים. מסקנה: ״הכוונה לא קובעת – ההשפעה קובעת.״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צופה פעיל/ה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 התפקידים + ״הכדור בהפסקה״ בסימולטור. בכל צומת – הצבעה, ואז לוחצים.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עוצרים–נושמים–בוחרים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תרגול נשימה בבלון (3 סבבים) + ״מדחום הכעס״.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אמנה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כל קבוצה בוחרת סעיף אחד לאמנת הכיתה; מדפיסים את הכרזה.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כרטיס יציאה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״דבר אחד שאעשה אם אראה פגיעה: …״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⏱️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מהלך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פתיחה + סוגי פגיעה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מצגת + קלפי 5 סוגי הפגיעה (סבב בזוגות).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מד הפגיעה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משחק מלא + דיון: מתי צחוק הופך להקנטה?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סימולטור + משחקי תפקידים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 תרחישים בסימולטור, ואז 2 קלפי תפקידים בקבוצות של 4.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קלפי רגשות ואמפתיה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כל זוג מושך קלף רגש: איפה מרגישים בגוף? מה עוזר?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ארגז כלים להרגעה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נשימה, מדחום, בחירת 3 כלים אישיים לפינת הרוגע.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אמנה + אתגר טוב 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בניית אמנה ובחירת אתגר טוב לב שבועי.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סבב מילה אחת + כרטיס יציאה + תיבת עזרה.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💬 שאלות לדיון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 ההבדל בין צחוק משותף לצחוק על מישהו/י?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למה קשה לפעמים לעזור כשרואים פגיעה?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למי אני יכול/ה לפנות בבית הספר?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 עוזר לי להירגע כשאני כועס/ת?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📐 חט״ב (כיתות ז׳–ט׳)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מטרות: להבין דינמיקת קבוצה ולחץ חברתי, לבחור תגובה של צופה פעיל/ה גם ברשת, לתרגל התנצלות ותיקון.</w:t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⏱️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מהלך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שקופית ״5 תפקידים״: ״איפה אני עומד/ת בדרך כלל?״ (כתיבה אישית, לא משתפים).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מד הפגיעה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 משפטים, כולל פגיעה ברשת. דיון: מה הופך עקיצה לפגיעה (חזרתיות, כוונה, פער כוחות).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סימולטור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״הסרטון בקבוצה״ – הצבעה בכל צומת ודיון בבחירות.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כבוד ברשת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״שולחים או לא?״ + 8 כללי הכבוד ברשת.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התנצלות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 שלבים + ״אמיתית או מזויפת?״ (3 דוגמאות).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כרטיס יציאה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״צעד אחד שאני מוכן/ה לעשות בתור צופה פעיל/ה: …״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⏱️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מהלך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מצגת + תפקידים (כתיבה אישית).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מד הפגיעה + הלשנה או עזרה?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שני המשחקים + דיון בקוד ״לא מלשינים״.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סימולטור + משחקי תפקידים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 תרחישים + קלפי תפקידים בקבוצות; כל קבוצה מציגה 2 דקות.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כבוד ברשת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כללים + ״שולחים או לא?״ + ניסוח הודעה שעוצרת שרשרת.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מעגל מתקן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הדגמה של מעגל עם חפץ דיבור על מקרה בדיוני; שאלות לפוגע/ת ולנפגע/ת.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אמנה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ניסוח אמנה כיתתית נגד אלימות וחתימה.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כרטיס יציאה + תיבת עזרה.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💬 שאלות לדיון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למה אנשים מצטרפים לפגיעה גם כשהם לא מסכימים איתה?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 ההבדל בין ״להלשין״ לבין לבקש עזרה?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 ההבדל בין צחוק ברשת לצחוק פנים מול פנים?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איך נראית התנצלות אמיתית?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🎓 חט״ע (כיתות י׳–י״ב)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מטרות: ניתוח עמוק של אחריות אישית וקבוצתית, הפצה ברשת והשלכותיה, מנהיגות של צופה פעיל/ה וגישה מתקנת.</w:t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⏱️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מהלך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שאלה: ״מתי בפעם האחרונה ראית פגיעה ולא עשית כלום – ולמה?״ (כתיבה אישית).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דינמיקת קבוצה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 התפקידים + ״אפקט הצופה״: ככל שיש יותר צופים, כל אחד מרגיש פחות אחראי. איך שוברים את זה?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סימולטור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״הצילום מהמסיבה״ + ״הלחץ בקבוצה״. דיון: אחריות של מי שמעביר/ה הלאה.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גישה מתקנת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עונש מול תיקון: מה מועיל לנפגע/ת, לפוגע/ת ולכיתה? הדגמת שאלות המעגל.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כרטיס יציאה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״משפט אחד שאגיד בפעם הבאה שאקבל משהו פוגעני להעביר: …״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⏱️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מהלך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כתיבה אישית + שקופיות.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מד הפגיעה – גרסה מורכבת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משפטים גבוליים + דיון בכוונה מול השפעה, חזרתיות ופער כוחות.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סימולטור + משחקי תפקידים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 תרחישים; קבוצות מציגות ומנתחות נקודות החלטה.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הרשת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הפצה, צילומי מסך, חשבונות מזויפים – השלכות רגשיות וחוקיות (בלי להפחיד, עם מסר של עזרה).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מעגל מתקן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מעגל מלא על מקרה בדיוני, עם חפץ דיבור וכללי מעגל.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מנהיגות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בניית ״אמנת שכבה״ / מיזם צופים פעילים לשכבות הצעירות.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כרטיס יציאה + תיבת עזרה.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💬 שאלות לדיון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 מחזיק את קוד השתיקה בבית ספר – ואיך שוברים אותו?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האם מי שמעביר/ה תמונה פוגענית אחראי/ת כמו מי שצילם/ה?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מתי עונש עובד, ומתי תיקון עובד טוב יותר?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איך אפשר להוביל שינוי בשכבה בלי להפוך למטרה?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🟢 עולים (עִבְרִית קַלָּה + נִקּוּד)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מטרות: לרכוש מילים ומשפטים בטוחים: ״דַּי״, ״אֲנִי צָרִיךְ עֶזְרָה״, ״סְלִיחָה״; לזהות פגיעה; לדעת למי פונים.</w:t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⏱️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מהלך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תמונה מהמצגת + מילים מנוקדות: עֲצֹר · לִנְשֹׁם · עֶזְרָה · חָבֵר · בָּטוּחַ.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קלפי מילים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12 כרטיסי מילים עם אימוג׳י והשמעה (כפתור 🔊). חוזרים יחד.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מד הפגיעה – גרסה קלה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4–6 משפטים קצרים, מסמנים 😄 / 😢 / 🛑.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משפטים בטוחים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תרגול בזוגות: ״דַּי, זֶה לֹא נָעִים לִי״, ״אֲנִי צָרִיךְ/צְרִיכָה עֶזְרָה״.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למי פונים?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מפה: מחנכ/ת, יועצ/ת, מנהל/ת – תמונות ושמות אמיתיים מבית הספר.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כל אחד/ת אומר/ת משפט אחד בעברית. אפשר גם בשפת האם.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⏱️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מהלך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כמו ב־45 + מילה בשפת האם: ״איך אומרים ׳די׳ בשפה שלך?״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קלפי מילים + קלפי רגשות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מילים ורגשות מנוקדים עם השמעה.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מד הפגיעה + צופה פעיל/ה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משחק קל + תרחיש אחד בסימולטור (המורה מקריא/ה).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משחקי תפקידים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 קלפים פשוטים, עם משפטים מנוקדים כתובים.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הרגעה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בלון הנשימה, מדחום הכעס עם צבעים.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אמנה ציורית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כל אחד/ת מצייר/ת סעיף לאמנה + משפט מנוקד.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סיכום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משפט בעברית + תיבת עזרה (גם בשפת האם).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💬 שאלות לדיון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אֵיךְ אוֹמְרִים ״דַּי״ בַּשָּׂפָה שֶׁלְּךָ?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לְמִי אַתָּה הוֹלֵךְ / אַתְּ הוֹלֶכֶת כְּשֶׁקָּשֶׁה?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מָה עוֹזֵר לְךָ לְהֵרָגַע?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🌈 חנ״מ (פשוט וחזותי)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מטרות: לזהות ״בסדר / לא בסדר״ בתמונות, לתרגל עצירה ונשימה, לדעת לגשת למבוגר/ת.</w:t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⏱️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מהלך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שיר/תנועה קבועה + תמונת המצגת. ״היום לומדים לשמור על כולם.״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בסדר / 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חידון התמונות (6 שאלות) על המסך, עם כרטיסי ✅/❌ ביד.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עוצרים ונושמים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תנועת ✋ ״עצור״ + בלון הנשימה (3 פעמים). חוזרים בכל שיעור.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 עוזר לי?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תמונות של המבוגרים בבית הספר. מצביעים: ״למי אני הולך/ת?״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קלף רגש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בוחרים פרצוף: ״איך אני מרגיש/ה עכשיו?״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טקס קבוע + מדבקה.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⏱️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מהלך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כמו ב־45.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בסדר / 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חידון + המחשה בבובות.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עוצרים ונושמים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בלון, טיימר פינת רוגע (2 דקות), כרטיס בחירה.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משחק תפקידים מודרך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קלף אחד, המורה מדגים/ה, התלמידים חוזרים.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פינת רוגע אישית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בחירת 3 כלים (תמונות) ללוח אישי.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אמנה בתמונות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3–4 כללים עם תמונות, חתימה בטביעת אצבע.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סיום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טקס קבוע.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2556C8"/>
          <w:sz w:val="26"/>
          <w:rtl w:val="1"/>
          <w:szCs w:val="26"/>
          <w:bCs/>
        </w:rPr>
        <w:t>💬 שאלות לדיון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זה בסדר או לא בסדר?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 אני עושה כשאני כועס/ת?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למי אני הולך/ת?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💡 טיפים להנחיה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פותחים בהסכמות של מרחב בטוח (ראו למטה) ומזכירים אותן בכל פעם.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מדברים על מקרים בדיוניים בלבד – לא על אירועים ושמות מהכיתה. ״בלי שמות, בלי הצבעה על מישהו/י.״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מכבדים את הזכות לא לשתף: ״מותר לעבור.״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שמים לב לתלמידים שמגיבים בעוצמה (בכי, צחוק עצבני, הסתגרות) – שיחה אישית אחר כך.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לא מבקשים מנפגע/ת להתמודד מול הפוגע/ת בפומבי. מעגל מתקן נעשה רק בהכנה, בהסכמה ובליווי יועץ/ת.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מחזקים כל צעד קטן של צופה פעיל/ה – גם ״לא צחקתי״ זו בחירה.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מזכירים: בקשת עזרה היא אומץ. מפרקים את ״קוד ההלשנה״.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מסיימים תמיד ברגע מרגיע ומחבר (נשימה, מילה טובה, אתגר טוב לב).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🤲 תלמיד/ה מספר/ת על פגיעה – מה עושים?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מקשיבים בשקט, בלי לחקור ובלי לשאול שאלות מנחות. ״תודה שסיפרת לי.״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מאמינים ומרגיעים: ״זו לא אשמתך. עשית דבר נכון.״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לא מבטיחים סודיות מלאה: ״כדי לעזור לך, אצטרך לשתף את מי שיכול/ה לעזור.״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לא מעמתים את התלמיד/ה עם הפוגע/ת ולא מתקשרים בעצמך להורים של צד אחר.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5. מתעדים בקצרה מה נאמר, במילים של התלמיד/ה, עם תאריך ושעה.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6. מעבירים מיד ליועץ/ת ולמנהל/ת לפי נוהל בית הספר וחוזרי המשרד. במצב של סכנה מיידית – פועלים מיד לפי הנוהל.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7. בודקים עם התלמיד/ה בהמשך: ״איך את/ה עכשיו?״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8. שומרים על עצמך: שיחה עם היועץ/ת גם בשבילך.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פועלים תמיד לפי נוהל בית הספר והנחיות היועץ/ת והמנהל/ת.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☎️ מספרים שימושיים (לוודא לפני שימוש)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100 – משטרה – במצב חירום (לוודא)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101 – מד״א – במצב חירום רפואי (לוודא)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105 – מוקד ארצי להגנה על ילדים ברשת (לוודא)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1201 – ער״ן – עזרה ראשונה נפשית (לוודא)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🧠 המודלים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גש״ר מאח״ד: שש דרכים להתמודד: גוף · שכל · רגש · מערכת אמונות · חברה · דמיון. בשיעור הזה: גוף ורגש בארגז הכלים להרגעה, שכל בסימולטור ההחלטות, חברה בצופה הפעיל/ה ובמעגל המתקן.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עש״ן ד״ק: עוצרים, משחררים שרירים, נושמים ומדברים לעצמנו – ורק אז מגיבים. זה הלב של ״עוצרים–נושמים–בוחרים״ ושל פינת הרוגע.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מעש״ה: מבט · עידוד · שאלות · הובלה – איך ניגשים לחבר/ה שנפגע/ה. זו בדיוק עבודתו של הצופה הפעיל/ה: לראות, לעודד, לשאול ״את/ה בסדר?״ ולהוביל לעזרה.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🎬 מתווה שקופיות – סגנון סרט אנימציה תלת־ממדי מואר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כיתה בטוחה – על השקופית: עוצרים אלימות · בוחרים כבוד 🛡️ | התמונה: כיתה מוארת בשמש, חמישה ילדים ונערים מגוונים עומדים שלובי זרועות, מגן אור כחלחל עוטף אותם. | למורה: ״היום נדבר על איך כל אחד ואחת מאיתנו שומר/ת על הכיתה בטוחה.״ מזכירים את כללי המרחב הבטוח.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מה עושה כיתה למקום בטוח? – על השקופית: 🤔 מילה אחת על הלוח | התמונה: מעגל ישיבה ותלמידים חושבים, בועות מחשבה צבעוניות ריקות מעל הראשים. | למורה: אוספים 5–8 מילים (כבוד, חברות, הקשבה…). חוזרים אליהן בסוף.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5 סוגי פגיעה – על השקופית: ✋ גוף · 🗯️ מילים · 🚪 הדרה · 📱 רשת · 😳 שיימינג | התמונה: חמישה איורי אייקונים בתלת־ממד: יד, בועת דיבור, דלת, טלפון, פנים מסמיקות – על רקע פסטל. | למורה: בקצרה – דוגמה אחת לכל סוג. לא מבקשים מקרים אמיתיים מהכיתה.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מד הפגיעה – על השקופית: 😄 צחוק משותף · 😕 הקנטה · 😢 פגיעה · 🛑 אלימות | התמונה: מחוג גדול בצורת מד מהירות בארבעה צבעים – ירוק, צהוב, כתום, אדום – וילדים מסביב. | למורה: משחק ״מד הפגיעה״. המסר: הכוונה לא קובעת – ההשפעה קובעת.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5. מי נמצא בזירה? – על השקופית: 😠 פוגע/ת · 😢 נפגע/ת · 📣 מעודד/ת · 🙈 צופה שותק/ת · 🦸 צופה פעיל/ה | התמונה: מסדרון בית ספר: ילד/ה עצוב/ה בצד, קבוצה שצוחקת, ילד אחד שעוצר ופונה לעזור. | למורה: שאלה אישית (בלי לשתף): ״איפה אני בדרך כלל?״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6. להיות צופה פעיל/ה – על השקופית: 🛑 לעצור בבטחה · 🤝 לתמוך · 🙋 להזעיק מבוגר/ת · 🚫 לא לתת קהל | התמונה: ילד עם משקפיים מושיט יד לילדה שעומדת לבד; חברים מאחוריו מחייכים בתמיכה. | למורה: מעבר לסימולטור ההחלטות – הכיתה מצביעה בכל צומת.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7. עוצרים · נושמים · בוחרים – על השקופית: ✋ → 🌬️ → 🤔 → ✅ | התמונה: פינת רוגע עם כריות וצמח ושעון חול זוהר; ילד יושב בעיניים עצומות ונושם. | למורה: תרגול: בלון הנשימה 3 פעמים. מחברים לעש״ן ד״ק.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8. מדחום הכעס – על השקופית: 1 😌 · 2 🙂 · 3 😕 · 4 😠 · 5 🌋 | התמונה: מדחום ענק צבעוני על קיר הכיתה; ילדים מצביעים על הדרגות. | למורה: כל אחד/ת מסמן/ת לעצמו/ה: מה עוזר לי בכל דרגה?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9. לבקש עזרה זה אומץ – על השקופית: 🙋 לא הלשנה – הצלה | התמונה: ילדה ניגשת למחנכת בחדר מואר; המחנכת מתכופפת ומקשיבה בחום. | למורה: משחק ״הלשנה או בקשת עזרה?״ + המבוגרים שאפשר לפנות אליהם בבית הספר.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10. כבוד גם ברשת – על השקופית: ⏸️ חושבים · 🚫 לא מעבירים · 🙋 מספרים | התמונה: טלפון ענק עם בועות הודעה לבבות וסימני עצירה; נער ונערה מחייכים. | למורה: ״שולחים או לא?״ – הכיתה מצביעה.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11. טעינו? מתקנים – על השקופית: 1️⃣ מה עשיתי · 2️⃣ ההשפעה · 3️⃣ תיקון · 4️⃣ שינוי | התמונה: מעגל נערים ונערות; שניים לוחצים ידיים, אור זהוב בצורת לב במרכז. | למורה: התנצלות אמיתית מול מזויפת. מעגל מתקן – רק בליווי והכנה.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12. האמנה שלנו – על השקופית: 🛡️ כיתה בטוחה – בוחרים כבוד | התמונה: כרזת אמנה גדולה על קיר הכיתה, ידיים צבעוניות טבולות בצבע חותמות סביבה. | למורה: בונים יחד את האמנה, חותמים ותולים. אתגר טוב לב לשבוע.</w:t>
      </w:r>
    </w:p>
    <w:p>
      <w:pPr>
        <w:bidi w:val="1"/>
        <w:jc w:val="center"/>
      </w:pPr>
      <w:r>
        <w:rPr>
          <w:rFonts w:ascii="Arial" w:hAnsi="Arial" w:cs="Arial"/>
          <w:color w:val="666666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