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2556C8"/>
          <w:sz w:val="40"/>
          <w:rtl w:val="1"/>
          <w:szCs w:val="40"/>
          <w:bCs/>
        </w:rPr>
        <w:t>🌟 אתגר טוב לב – 21 מעשים קטנים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שם: ________   מסמנים ⭐ על כל אתגר שביצעתם.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האתגר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לחייך ולומר בוקר טוב ל־3 אנשים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להזמין מישהו/י חדש/ה לשחק/לשבת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לכתוב פתק פרגון אנונימי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לעזור למישהו/י בלי שביקש/ה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לשאול ״איך עבר עליך היום?״ ולהקשיב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לפרגן ברשת על משהו טוב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להגיד תודה לאיש/אשת צוות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 לצחוק כשמישהו/י טועה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לשתף בציוד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להתנצל על משהו קטן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לאסוף לכלוך שלא שלי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לעזור בשיעורי בית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לעמוד ליד מי שנשאר/ה לבד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להגיד מחמאה על מאמץ (לא על מראה)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לשלוח הודעה טובה למי שלא שמעתי ממנו/ה מזמן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לוותר על התור למישהו/י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ללמד מילה בשפה שלי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להקשיב בלי להפריע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לכתוב תודה להורה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לעשות משהו טוב לעצמי – גם זה חשוב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לחשוב על דרך שבה הכיתה שלנו יכולה להיות עוד יותר בטוחה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center"/>
      </w:pPr>
      <w:r>
        <w:rPr>
          <w:rFonts w:ascii="Arial" w:hAnsi="Arial" w:cs="Arial"/>
          <w:color w:val="666666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