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2556C8"/>
          <w:sz w:val="40"/>
          <w:rtl w:val="1"/>
          <w:szCs w:val="40"/>
          <w:bCs/>
        </w:rPr>
        <w:t>🎴 כרטיסי עבודה – כיתה בטוחה</w:t>
      </w:r>
    </w:p>
    <w:p>
      <w:pPr>
        <w:bidi w:val="1"/>
        <w:jc w:val="right"/>
      </w:pPr>
      <w:r>
        <w:rPr>
          <w:rFonts w:ascii="Arial" w:hAnsi="Arial" w:cs="Arial"/>
          <w:b/>
          <w:color w:val="1B8F7A"/>
          <w:sz w:val="30"/>
          <w:rtl w:val="1"/>
          <w:szCs w:val="30"/>
          <w:bCs/>
        </w:rPr>
        <w:t>🦸 5 תפקידים בזירה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תפקיד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😠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הפוגע/ת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מי שפוגע/ת. לפעמים בעצמו/ה במצוקה – וגם הוא/היא צריך/ה עזרה וגבולות.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😢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הנפגע/ת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מי שנפגע/ת. צריך/ה לדעת שהוא/היא לא לבד ושזו לא אשמתו/ה.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📣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המעודד/ת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צוחק/ת, מצלם/ת, מעביר/ה הלאה, עושה לייק – ונותן/ת לפוגע/ת ״קהל״.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🙈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הצופה השותק/ת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רואה ולא עושה כלום. השתיקה נשמעת לנפגע/ת כמו ״כולם בעד״.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🦸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הצופה הפעיל/ה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בוחר/ת לעשות משהו בטוח: לעצור, לתמוך, להזעיק מבוגר/ת. גיבור/ה של יום־יום.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</w:r>
    </w:p>
    <w:p>
      <w:pPr>
        <w:bidi w:val="1"/>
        <w:jc w:val="right"/>
      </w:pPr>
      <w:r>
        <w:rPr>
          <w:rFonts w:ascii="Arial" w:hAnsi="Arial" w:cs="Arial"/>
          <w:b/>
          <w:color w:val="1B8F7A"/>
          <w:sz w:val="30"/>
          <w:rtl w:val="1"/>
          <w:szCs w:val="30"/>
          <w:bCs/>
        </w:rPr>
        <w:t>🦸 5 דרכים להיות צופה פעיל/ה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דרך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איך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🛑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לעצור בבטחה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״די, זה לא מצחיק.״ – רק אם זה בטוח לי.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לתמוך בנפגע/ת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לעמוד לידו/ה, להזמין לבוא איתי, לשאול אחר כך ״את/ה בסדר?״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🙋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להזעיק מבוגר/ת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זו לא הלשנה – זו הצלה. מספרים למורה, ליועץ/ת, להורה.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🚫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לא לתת קהל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לא צוחקים, לא מצלמים, לא מעבירים הלאה, לא עושים לייק.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👥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לגייס עוד חברים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ביחד קל יותר: ״בואו נלך ממנו/ה יחד.״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</w:r>
    </w:p>
    <w:p>
      <w:pPr>
        <w:bidi w:val="1"/>
        <w:jc w:val="right"/>
      </w:pPr>
      <w:r>
        <w:rPr>
          <w:rFonts w:ascii="Arial" w:hAnsi="Arial" w:cs="Arial"/>
          <w:b/>
          <w:color w:val="1B8F7A"/>
          <w:sz w:val="30"/>
          <w:rtl w:val="1"/>
          <w:szCs w:val="30"/>
          <w:bCs/>
        </w:rPr>
        <w:t>🌡️ מד הפגיעה – משפטים למיון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סמנו: 😄 צחוק משותף · 😕 הקנטה · 😢 פגיעה · 🛑 אלימות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#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המצב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הדרגה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חברים צוחקים יחד על פרצוף מצחיק שכולם עשו בתמונה הקבוצתית – וכולם נהנים.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☐😄 ☐😕 ☐😢 ☐🛑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2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מישהו/י מספר/ת בדיחה על עצמו/ה וכולם צוחקים איתו/ה.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☐😄 ☐😕 ☐😢 ☐🛑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3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״חחח שוב איחרת?״ – והחבר נראה נבוך ומסמיק.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☐😄 ☐😕 ☐😢 ☐🛑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4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מחקים בצחוק את הצחוק של חברה. היא מחייכת אבל אומרת ״נו די״.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☐😄 ☐😕 ☐😢 ☐🛑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קוראים לתלמיד בכינוי שהוא ביקש כבר כמה פעמים שיפסיקו.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☐😄 ☐😕 ☐😢 ☐🛑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6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קבוצה מחליטה לא לדבר עם תלמידה ״רק לשבוע״.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☐😄 ☐😕 ☐😢 ☐🛑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7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מוציאים תלמיד מקבוצת הכיתה ומחזירים, שוב ושוב, ״כדי לעצבן״.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☐😄 ☐😕 ☐😢 ☐🛑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8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דוחפים תלמיד לארון ״בצחוק״.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☐😄 ☐😕 ☐😢 ☐🛑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9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כותבים לתלמידה ״אם תספרי – תראי מה יקרה לך״.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☐😄 ☐😕 ☐😢 ☐🛑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מפיצים תמונה מביכה של תלמיד בלי רשותו.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☐😄 ☐😕 ☐😢 ☐🛑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11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״איזה רעיון מטופש״ – אומרים כשמישהו/י משתף/ת בשיעור, וכמה צוחקים.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☐😄 ☐😕 ☐😢 ☐🛑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12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חוטפים כובע ומעבירים אותו מעל הראש של ילד נמוך כשהוא מנסה לקחת.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☐😄 ☐😕 ☐😢 ☐🛑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</w:r>
    </w:p>
    <w:p>
      <w:pPr>
        <w:bidi w:val="1"/>
        <w:jc w:val="right"/>
      </w:pPr>
      <w:r>
        <w:rPr>
          <w:rFonts w:ascii="Arial" w:hAnsi="Arial" w:cs="Arial"/>
          <w:b/>
          <w:color w:val="2556C8"/>
          <w:sz w:val="26"/>
          <w:rtl w:val="1"/>
          <w:szCs w:val="26"/>
          <w:bCs/>
        </w:rPr>
        <w:t>🔑 מפתח תשובות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1. צחוק משותף – כשכולם צוחקים יחד ובוחרים בזה – זה צחוק משותף.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2. צחוק משותף – הבדיחה בבחירה של מי שעליו/ה היא. צחוק משותף.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3. הקנטה – עקיצה שגורמת למבוכה. כדאי לעצור ולשאול ״זה מפריע לך?״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4. הקנטה – ״די״ זה סימן. ממשיכים = זה הופך לפגיעה.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5. פגיעה – חוזר אחרי בקשה לעצור – פגיעה.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6. פגיעה – החרמה מכוונת היא פגיעה חברתית.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7. פגיעה – פגיעה ברשת שחוזרת ומכוונת.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8. אלימות – פגיעה בגוף = אלימות, גם ״בצחוק״.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9. אלימות – איום הוא אלימות. מזעיקים מבוגר/ת מיד.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10. אלימות – הפצה פוגענית בלי רשות היא אלימות ברשת ועלולה להיות עבירה.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11. הקנטה – לעג לרעיון מול כולם מבייש. עוצרים – ואם חוזר, זו פגיעה.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12. פגיעה – לקיחת חפץ והשפלה מול כולם – פגיעה. אם נוגעים בגוף או שוברים – אלימות.</w:t>
      </w:r>
    </w:p>
    <w:p>
      <w:pPr>
        <w:bidi w:val="1"/>
        <w:jc w:val="right"/>
      </w:pPr>
      <w:r>
        <w:rPr>
          <w:rFonts w:ascii="Arial" w:hAnsi="Arial" w:cs="Arial"/>
          <w:b/>
          <w:color w:val="1B8F7A"/>
          <w:sz w:val="30"/>
          <w:rtl w:val="1"/>
          <w:szCs w:val="30"/>
          <w:bCs/>
        </w:rPr>
        <w:t>💗 קלפי רגשות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רגש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בגוף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מה עוזר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😢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עצב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דמעות בעיניים, גוף כבד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חיבוק (אם רוצים), לדבר עם מישהו/י, זמן שקט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😠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כעס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לב דופק, אגרופים, חום בפנים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עש״ן ד״ק: עוצרים, משחררים, נושמים, מדברים לעצמנו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😨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פחד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בטן מתהפכת, רוצה לברוח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להתקרב למבוגר/ת בטוח/ה, לנשום לאט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😳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בושה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פנים אדומות, רוצה להיעלם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מילה טובה מחבר/ה, להזכיר: ״טעות זה אנושי״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בדידות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שקט בפנים, ריחוק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הזמנה להצטרף, שאלה ״רוצה לשבת איתנו?״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😤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תסכול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מתח בכתפיים, ״אין לי כוח״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הפסקה קצרה, לפרק משימה, לבקש עזרה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😰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דאגה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מחשבות שחוזרות, קשה להירדם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לכתוב את הדאגה, לשתף, לנשום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😊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שמחה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חיוך, אנרגיה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לשתף, לפרגן, לזכור את הרגע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🥰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הכלה ושייכות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רוגע, ביטחון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להעביר הלאה – להזמין גם אחרים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😌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רוגע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נשימה איטית, גוף רפוי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פינה שקטה, מוזיקה רגועה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</w:r>
    </w:p>
    <w:p>
      <w:pPr>
        <w:bidi w:val="1"/>
        <w:jc w:val="right"/>
      </w:pPr>
      <w:r>
        <w:rPr>
          <w:rFonts w:ascii="Arial" w:hAnsi="Arial" w:cs="Arial"/>
          <w:b/>
          <w:color w:val="1B8F7A"/>
          <w:sz w:val="30"/>
          <w:rtl w:val="1"/>
          <w:szCs w:val="30"/>
          <w:bCs/>
        </w:rPr>
        <w:t>🎭 קלפי משחק תפקידים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מצב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תפקידים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משימה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בתור במזנון: מישהו/י נדחף/ת לתור ודוחף/ת תלמיד צעיר.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התלמיד הצעיר · מי שנדחף/ה · שני צופים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תרגלו תגובה של צופה פעיל/ה: לעצור בבטחה ולתמוך.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הקבוצה בטלפון: בקבוצה מתחילים לצחוק על בגדים של תלמידה.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התלמידה · מי שהתחיל/ה · שני חברים בקבוצה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תרגלו הודעה שעוצרת את השרשרת.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המשחק בהפסקה: ״אתה לא משחק, אתה גרוע!״ – אומרים לילד שרוצה להצטרף.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הילד · הקפטן/ית · שני שחקנים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תרגלו הזמנה והכלה.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הכעס אחרי ההפסד: תלמיד מאוד כועס אחרי משחק ורוצה ״להחזיר״.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התלמיד הכועס · חבר/ה מרגיע/ה · המורה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תרגלו את עוצרים–נושמים–בוחרים.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ההתנצלות: אתמול פגעת בחבר/ה במילים. היום את/ה רוצה לתקן.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מי שפגע/ה · מי שנפגע/ה · חבר/ה תומך/ת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תרגלו את 4 שלבי ההתנצלות.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השמועה: שמועה לא נכונה על תלמידה מתפשטת בשכבה.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התלמידה · מי שמפיץ/ה · צופה פעיל/ה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תרגלו לא להפיץ ולבדוק עם המקור.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הבקשה לעזרה: תלמיד/ה ניגש/ת למחנכת לספר שפוגעים בו/ה.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התלמיד/ה · המחנכת · חבר/ה שמלווה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תרגלו פותחי משפט של בקשת עזרה.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החדש/ה בכיתה: תלמיד/ה חדש/ה שעלה/תה לארץ מדבר/ת עם מבטא, וכמה מחקים.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התלמיד/ה החדש/ה · מי שמחקה · צופה פעיל/ה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תרגלו עמידה לצד וכבוד לשונות.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</w:r>
    </w:p>
    <w:p>
      <w:pPr>
        <w:bidi w:val="1"/>
        <w:jc w:val="right"/>
      </w:pPr>
      <w:r>
        <w:rPr>
          <w:rFonts w:ascii="Arial" w:hAnsi="Arial" w:cs="Arial"/>
          <w:b/>
          <w:color w:val="1B8F7A"/>
          <w:sz w:val="30"/>
          <w:rtl w:val="1"/>
          <w:szCs w:val="30"/>
          <w:bCs/>
        </w:rPr>
        <w:t>🟢 מילים לעולים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עברית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English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🛑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עֲצֹר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stop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🌬️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לִנְשֹׁם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breathe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🙋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לְבַקֵּשׁ עֶזְרָה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ask for help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חָבֵר / חֲבֵרָה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friend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👩‍🏫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מוֹרֶה / מוֹרָה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teacher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😢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עָצוּב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sad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😠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כּוֹעֵס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angry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✋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אָסוּר לְהַרְבִּיץ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no hitting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🗯️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מִלָּה פּוֹגַעַת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hurtful word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💛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סְלִיחָה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sorry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🏳️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דַּי, זֶה לֹא נָעִים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stop, it's not nice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🛡️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בָּטוּחַ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safe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אֲנִי צָרִיךְ / צְרִיכָה עֶזְרָה.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זֶה לֹא נָעִים לִי.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דַּי, תַּפְסִיק / תַּפְסִיקִי.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בּוֹא / בּוֹאִי לְשַׂחֵק אִתָּנוּ.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אַתָּה בְּסֵדֶר? אַתְּ בְּסֵדֶר?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סְלִיחָה, אֲנִי מִצְטַעֵר / מִצְטַעֶרֶת.</w:t>
      </w:r>
    </w:p>
    <w:p>
      <w:pPr>
        <w:bidi w:val="1"/>
        <w:jc w:val="center"/>
      </w:pPr>
      <w:r>
        <w:rPr>
          <w:rFonts w:ascii="Arial" w:hAnsi="Arial" w:cs="Arial"/>
          <w:color w:val="666666"/>
          <w:sz w:val="20"/>
          <w:rtl w:val="1"/>
          <w:szCs w:val="20"/>
        </w:rPr>
        <w:t>יצרה: רוית ראש בן ישי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